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חידה אחת לעומק – סולם רמזים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לפתור חידת תמונה בעזרת רמזים מדורגים, ולהכיר עובדות על המקום.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https://makom-baaretz-chidot.sites.tab.bot/chida.html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בעמוד החידה באתר אפשר לפתוח את אותם רמזים אחד אחרי השני ולקרוא את ההסבר ואת "הידעתם?".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 לפני השיעור: תל אביב – שנת הייסוד 1909.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סולם רמזים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 שמונה – קריה (עיר, בניינים) + שמונה (8). "קריה" בסמיכות = "קריית".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תל אביב – תל (גבעה עתיקה) + אביב (העונה הפורחת).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נמצא באזור הגליל והצפון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איזה מקום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עיר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רמז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רמז נכון עובדתית, מכוון, לא חושף את השם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חידה אחת לעומק – סולם רמזים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בכל חידה יש סולם של שלושה רמזים. כמה שפחות רמזים – יותר כבוד!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מושבה  |  קריית שמונה  |  אתר טבע  |  עיר  |  תל אביב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סולם רמזים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נסו לפתור בלי רמזים. נתקעתם? קראו רמז אחד בכל פעם. סמנו ✔ ליד הרמזים שקראתם.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9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🪜 רמז 1 – האזור: הגליל והצפון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🪜 רמז 2 – סוג המקום: עיר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🪜 רמז 3 – האות הראשונה: ק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▢▢▢▢▢   ▢▢▢▢▢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🪜 רמז 1 – האזור: השרון והמרכז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🪜 רמז 2 – סוג המקום: עיר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🪜 רמז 3 – האות הראשונה: 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   ▢▢▢▢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משפט וסמנו נכון / לא נכון. משפט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תל אביב: העיר נוסדה ב־1909 על החולות שליד יפו.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המקום ראש פינה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ים המלח: המקום הנמוך ביותר על פני היבשה בעולם.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רחובות: מוכרת כמרכז למדע ולחקלאות.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איזה מקום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איזה סוג מקום הוא קריית שמונה?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מושב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קיבוץ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סוג מקום הוא תל אביב?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מושב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קיבוץ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רמז משלכם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מקום מהדף וכתבו לו רמז רביעי משלכם – רמז שעוזר, אבל לא מגלה את התשובה.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חידה אחת לעומק – סולם רמזים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