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חידה אחת לעומק – סולם רמזים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לפתור חידת תמונה בעזרת רמזים מדורגים, ולהכיר עובדות על המקום.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https://makom-baaretz-chidot.sites.tab.bot/chida.html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בעמוד החידה באתר אפשר לפתוח את אותם רמזים אחד אחרי השני ולקרוא את ההסבר ואת "הידעתם?".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העובדות על המקומות לקוחות מתוך האתר עצמו (כרטיס "הידעתם?" של כל חידה). כל המקומות בתוך הקו הירוק.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באתר כל עובדות "הידעתם?" מסומנות לבדיקה – כדאי לעבור עליהן לפני השיעור.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סולם רמזים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אשדוד – אש + דוד (דוד מים חמים על הגג).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בית אלפא – בית + אלפא (האות הראשונה באלפבית היווני). ביחד – כמו "אלף־בית"!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נמצא באזור הגליל והצפון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נמצא באזור הנגב והערבה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איזה מקום זה?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עיר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קיבוץ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עיר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 רמז משלכם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 נכון עובדתית, מכוון, לא חושף את השם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🪜 חידה אחת לעומק – סולם רמזים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יש 3 רמזים. קוראים רמז אחד בכל פעם.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חידה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riddle · загадка · እንቆቅልሽ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יישוב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🏘️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settlement, town · населённый пункт · መንደር / ከተማ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🏙️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city · город · ከተማ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קיבוץ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kibbutz · кибуц · ኪቡትዝ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hint · подсказка · ፍንጭ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🔤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letter · буква · ፊደል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word · слово · ቃል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✅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answer · ответ · መልስ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צפון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⬆️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north · север · ሰሜን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מרכז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🎯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center · центр · መሃል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דרום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⬇️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south · юг · ደቡብ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מפה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map · карта · ካርታ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🗣️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explanation · объяснение · ማብራሪያ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סולם רמזים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נסו לפתור בלי רמזים. נתקעתם? קראו רמז אחד בכל פעם. סמנו ✔ ליד הרמזים שקראתם.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1.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21254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24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212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🪜 רמז 1 – האזור: השפלה והדרום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🪜 רמז 2 – סוג המקום: עיר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🪜 רמז 3 – האות הראשונה: א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▢▢▢▢▢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2.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21254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49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212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🪜 רמז 1 – האזור: העמקים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🪜 רמז 2 – סוג המקום: קיבוץ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🪜 רמז 3 – האות הראשונה: ב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▢▢▢   ▢▢▢▢</w:t>
            </w:r>
          </w:p>
        </w:tc>
      </w:tr>
    </w:tbl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כל משפט וסמנו נכון / לא נכון. משפט לא נכון – תקנו בעל פה או בכתב.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גן השלושה: נקרא גם "הסחנה".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המקום כרמיאל נמצא באזור הנגב והערבה.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מצפה רמון: יישוב על שפת מכתש רמון, הגדול במכתשים.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המקום אילת נמצא באזור הגליל והצפון.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איזה מקום זה?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איזה סוג מקום הוא אשדוד?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קיבוץ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מושב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איזה סוג מקום הוא בית אלפא?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קיבוץ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מושב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עיר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איזה סוג מקום הוא באר שבע?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מושב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קיבוץ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עיר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רמז משלכם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מקום. כתבו רמז אחד חדש.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חידה אחת לעומק – סולם רמזים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