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חידה אחת לעומק – סולם רמזים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לפתור חידת תמונה בעזרת רמזים מדורגים, ולהכיר עובדות על המקום.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https://makom-baaretz-chidot.sites.tab.bot/chida.html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החידה באתר אפשר לפתוח את אותם רמזים אחד אחרי השני ולקרוא את ההסבר ואת "הידעתם?".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לפני השיעור: קריית שמונה – הסבר השם.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סולם רמזים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אביב – תל (גבעה עתיקה) + אביב (העונה הפורחת).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חוף דור – חוף + דור (סבא, הורה וילד – שלושה דורות).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 – צף (מה שלא שוקע, כמו גלגל ים) + 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השרון והמרכז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השרון והמרכז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חיפה והכרמל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איזה מקום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אתר טבע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עיר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רמז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נכון עובדתית, מכוון, לא חושף את השם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חידה אחת לעומק – סולם רמזים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בכל חידה יש סולם של שלושה רמזים. כמה שפחות רמזים – יותר כבוד!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סולם רמזים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נסו לפתור בלי רמזים. נתקעתם? קראו רמז אחד בכל פעם. סמנו ✔ ליד הרמזים שקראתם.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1 – האזור: השרון והמרכז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2 – סוג המקום: עיר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3 – האות הראשונה: 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1 – האזור: חיפה והכרמל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2 – סוג המקום: אתר טבע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3 – האות הראשונה: 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1 – האזור: הגליל והצפון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2 – סוג המקום: עיר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🪜 רמז 3 – האות הראשונה: צ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</w:tc>
        <w:tc>
          <w:tcPr>
            <w:tcW w:type="dxa" w:w="5213"/>
          </w:tcPr>
          <w:p/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משפט וסמנו נכון / לא נכון. משפט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גן השלושה: נקרא גם "הסחנה".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גבעתיים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נצרת: עיר עתיקה וחשובה לנצרות; יש בה כנסיות מפורסמות.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תל אביב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 שמונה: השם מנציח שמונה מגיני תל חי.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חוף דור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איזה מקום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סוג מקום הוא תל אביב?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סוג מקום הוא חוף דור?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אתר טבע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קיבוץ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סוג מקום הוא צפת?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סוג מקום הוא עפולה?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מושב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רמז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מקום מהדף וכתבו לו רמז רביעי משלכם – רמז שעוזר, אבל לא מגלה את התשובה.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חידה אחת לעומק – סולם רמזים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