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פותרים חידות תמונה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יישובים בארץ מתוך חידות תמונה, להסביר את משחק המילים ולמקם את היישוב באזור.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https://makom-baaretz-chidot.sites.tab.bot/chidot.html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לפתוח את החידות באתר על הלוח ולפתור יחד את הראשונה.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המשבצות מראות כמה אותיות יש בכל מילה בתשובה.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פותרים חידות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כפר יונה  (כפר + יונה)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בית שמש  (בית + שמש)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נשר  (נשר)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רחובות  (רחובות)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גדרה  (גדר + ה)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מסתתר בחידה?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כפר סבא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באר שבע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קריית שמונה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בת 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איפה זה בארץ?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צפון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נשר, קריית שמונה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מרכז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כפר יונה, כפר סבא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דרום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באר שבע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מסבירים את משחק המילים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זיהוי נכון של החלקים, הסבר החיבור ביניהם,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פותרים חידות תמונה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מסתכלים על התמונות, אומרים בקול מה רואים – ומחברים לשם של מקום בארץ.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בת ים  |  גדרה  |  כפר יונה  |  נשר  |  בית שמש  |  רחובות  |  כפר סבא  |  באר שבע  |  קריית שמונה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פותרים חידות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את שם המקום – אות אחת בכל משבצת.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0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   ▢▢▢▢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7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   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7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▢▢▢▢▢▢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5.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8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▢▢▢▢</w:t>
            </w:r>
          </w:p>
        </w:tc>
        <w:tc>
          <w:tcPr>
            <w:tcW w:type="dxa" w:w="5213"/>
          </w:tcPr>
          <w:p/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מסתתר בחידה?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"התמונות במילים" לבין שם המקום.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כפר + סבא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בת 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באר + 7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כפר סבא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קריה + 8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באר שבע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בת + 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קריית שמונה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איפה זה בארץ?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מיינו את המקומות לפי האזור בארץ: צפון / מרכז / דרום.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כפר יונה  |  כפר סבא  |  באר שבע  |  נשר  |  קריית שמונה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צפון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מרכז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דרום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מסבירים את משחק המילים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חידה אחת מהדף. כתבו: מה רואים בכל תמונה, איך מחברים את החלקים, ומה הייתה התשובה.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פתחו כך: בתמונה הראשונה רואים…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במילים: מחברים, מוסיפים, ביחד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חידה אחת שפתרתי לבד: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משחק מילים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פותרים חידות תמונה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